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המסורת של עליה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הסמלים והמדבקות המופיעים בפעילות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משאלה לחג בשפה ברורה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מנהיגים דתיים של עדת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השתחוואה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מטרייה צבעונית עם מדבקות ומשאלה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כחלק מהמסורת.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להוסיף כמה מדבקות שרוצים.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המטרייה נשמרת במכשיר, ואם רוצים לשתף צריך לצלם מסך.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חלק מהמדבקות המוצגות באתר.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(אור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(אהבה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(סמל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(יבול וברכה)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(סמל העם היהודי)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משאלה ברורה, מחוברת לאחד הנושאים שהוצגו,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מבוסס על המשמעות הסמלית של כל מדבקה, קשר אישי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עולים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המשאלה יכולה להיות לעצמי, למשפחה, לכיתה או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סמל אחד ומשמעותו, למשל יונה-שלום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האתר על המסך ולתת לתלמידים לעצב מטרייה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המשאלות שנכתבו בחלק הפתוח כדי ליצור שיח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עולים הקסים, מנהיגי עדת יהודי אתיופיה, אל ראש הר, מתחת למטריות צבעוניות ומפוארות. באתר אפשר לעצב מטרייה אישית, להוסיף מדבקות וסמלים, ולכתוב משאלה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נחוג חמישים יום אחרי איזה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מנהיגים דתיים של עדת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ציירים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רקדני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מקום נהוג לעלות בחג הסיגד,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משמעות המילה 'סיגד' בשפת הגעז?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השתחוואה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לעצב בפעילות 'מטריית המשאלות'?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מטרייה צבעונית עם מדבקות ומשאלה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ברכה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הקסים עולים להר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אפשר להוסיף רק מדבקה אחת למטרייה.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המשאלה שכותבים יכולה להיות לכם, למשפחה, לכיתה או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המטרייה שעיצבתם נשלחת אוטומטית למורה.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המדבקות המוצעות באתר יש יונה ושיבולת.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הקסים עולים אל ה__________ מתחת למטריות צבעוניות.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המטרייה קודם בוחרים __________ ואז מוסיפים מדבקות.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עיצוב המטרייה כותבים __________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אחת המדבקות באתר היא סמל שנקרא מגן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לשתף את המטרייה עם המורה אפשר לצלם __________ ולשלוח.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💛 לב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סמל העם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🕊️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יבול וברכה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🌾 שיבולת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אהבה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✡️ מגן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ותקווה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לחג הסיגד – לכם, למשפחה, לכיתה או לעולם, כפי שעושים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מהמדבקות באתר (למשל יונה, שיבולת, כוכב) והסבירו מה כל אחת מסמלת ולמה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הקסים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אפשר לכתוב את המשאלה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על אחת המדבקות באתר ומה היא מסמלת.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מטריית המשאלות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