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· אתר לכיתה – יסודי וחט״ב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– מטריית המשאלות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חג הסיגד ואת המסורת של עליה להר מתחת למטריות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הסמלים והמדבקות המופיעים בפעילות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משאלה לחג בשפה ברורה ומכבדת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יום כיפור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מנהיגים דתיים של עדת יהודי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הר בירושלים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השתחוואה וסגידה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מטרייה צבעונית עם מדבקות ומשאלה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באתר כחלק מהמסורת.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להוסיף כמה מדבקות שרוצים.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בתיאור הפעילות.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המטרייה נשמרת במכשיר, ואם רוצים לשתף צריך לצלם מסך.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אלה חלק מהמדבקות המוצגות באתר.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הסמל למשמעות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(אור ותקווה)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(אהבה וחום)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(סמל שלום)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(יבול וברכה)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(סמל העם היהודי)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משאלה ברורה, מחוברת לאחד הנושאים שהוצגו, בשפה מכבדת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הסבר מבוסס על המשמעות הסמלית של כל מדבקה, קשר אישי לבחירה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הקסים עולים להר מתחת למטריות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המשאלה יכולה להיות לעצמי, למשפחה, לכיתה או לעולם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סמל אחד ומשמעותו, למשל יונה-שלום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האתר על המסך ולתת לתלמידים לעצב מטרייה בזוגות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בקול את המשאלות שנכתבו בחלק הפתוח כדי ליצור שיח 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· אתר לכיתה – יסודי וחט״ב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– מטריית המשאלות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בחג הסיגד הולכים להר עם מטריות צבעוניות. באתר מציירים מטרייה, שמים מדבקות וכותבים משאלה.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חג הסיגד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של עדת יהודי אתיופיה, חמישים יום אחרי יום כיפור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קסים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מנהיגים דתיים של עדת יהודי אתיופיה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בשפה הגעזית שפירושה השתחוואה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משאלה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טוב שרוצים שיקרה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מדבקה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ציור קטן שמוסיפים לעיצוב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מטרייה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שמגן מהשמש או מהגשם, כאן הוא גם קישוט חגיגי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מגן דוד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סמל של העם היהודי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סמל של שלום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אחרי איזה חג חוגגים את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כיפור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שבועות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זה קס?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מנהיגים דתיים של עדת יהודי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ציירים מפורסמים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רקדני 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מורים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לאן עולים בחג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 הכרמל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 סיני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 תבור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פירוש המילה 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השתחוואה וסגידה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שמחה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ריקוד עגול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מעצבים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מטרייה צבעונית עם מדבקות ומשאלה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ציור של 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כרטיס ברכה לחבר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דגל ישראל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הסיגד הקסים עולים להר מתחת למטריות צבעוניות.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בפעילות אפשר להוסיף רק מדבקה אחת למטרייה.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המשאלה שכותבים יכולה להיות לכם, למשפחה, לכיתה או לעולם.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המטרייה שעיצבתם נשלחת אוטומטית למורה.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בין המדבקות המוצעות באתר יש יונה ושיבולת.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בחג הסיגד הקסים עולים אל ה__________ מתחת למטריות צבעוניות.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בפעילות המטרייה קודם בוחרים __________ ואז מוסיפים מדבקות.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אחרי עיצוב המטרייה כותבים __________ לחג.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אחת המדבקות באתר היא סמל שנקרא מגן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לשתף את המטרייה עם המורה אפשר לצלם __________ ולשלוח.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הסמל למשמעות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⭐ כוכב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סמל העם היהודי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💛 לב צהוב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סמל שלום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🕊️ יונה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אהבה וחום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🌾 שיבולת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אור ותקווה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✡️ מגן דוד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יבול וברכה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משאלה אחת לחג הסיגד – לכם, למשפחה, לכיתה או לעולם, כפי שעושים באתר.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שתיים מהמדבקות באתר (למשל יונה, שיבולת, כוכב) והסבירו מה כל אחת מסמלת ולמה בחרתם 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הקסים בחג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לאן אפשר לכתוב את המשאלה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ספרו על אחת המדבקות באתר ומה היא מסמלת.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 – מטריית המשאלות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