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מטריית המשאלות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המסורת של עליה להר מתחת למטריות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הסמלים והמדבקות המופיעים בפעילות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משאלה לחג בשפה ברורה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מנהיגים דתיים של עדת יהודי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באתר כחלק מהמסורת.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הפעילות.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הסמל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(אור ותקווה)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(אהבה וחום)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(סמל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(יבול וברכה)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משאלה ברורה, מחוברת לאחד הנושאים שהוצגו, בשפה 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הקסים עולים להר מתחת למטריות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המשאלה יכולה להיות לעצמי, למשפחה, לכיתה או לעולם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סמל אחד ומשמעותו, למשל יונה-שלום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האתר על המסך ולתת לתלמידים לעצב מטרייה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המשאלות שנכתבו בחלק הפתוח כדי ליצור שיח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מטריית המשאלות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בחג הסיגד עולים הקסים, מנהיגי עדת יהודי אתיופיה, אל ראש הר, מתחת למטריות צבעוניות ומפוארות. באתר אפשר לעצב מטרייה אישית, להוסיף מדבקות וסמלים, ולכתוב משאלה לחג.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צבע  ·  הר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חג הסיגד נחוג חמישים יום אחרי איזה 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הם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מנהיגים דתיים של עדת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ציירים מפורסמים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רקדני 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הסיגד הקסים עולים להר מתחת למטריות צבעוניות.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המשאלה שכותבים יכולה להיות לכם, למשפחה, לכיתה או לעולם.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בחג הסיגד הקסים עולים אל ה__________ מתחת למטריות צבעוניות.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בפעילות המטרייה קודם בוחרים __________ ואז מוסיפים מדבקות.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הסמל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⭐ כוכב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אהבה וחום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💛 לב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סמל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🕊️ 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יבול וברכה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🌾 שיבולת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אור ותקווה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משאלה אחת לחג הסיגד – לכם, למשפחה, לכיתה או לעולם, כפי שעושים באתר.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הקסים בחג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לאן אפשר לכתוב את המשאלה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מטריית המשאלות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